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USSR, 100th Anniversary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2022-12-30</w:t>
      </w:r>
    </w:p>
    <w:p>
      <w:pPr/>
    </w:p>
    <w:p/>
    <w:p>
      <w:r>
        <w:t>Congratulations to our readers on the centenary of the creation of the USSR!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ussr-100th-anniversar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