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The October Revolution Day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2025-11-07</w:t>
      </w:r>
    </w:p>
    <w:p>
      <w:pPr/>
    </w:p>
    <w:p/>
    <w:p>
      <w:r>
        <w:rPr>
          <w:b/>
        </w:rPr>
        <w:t>"We have made the start. When, at what time, and the proletarians of which nation will complete this process is not important. The ice has been broken; the road is open, the way has been shown".</w:t>
      </w:r>
      <w:r>
        <w:t xml:space="preserve"> – Vladimir Lenin</w:t>
      </w:r>
    </w:p>
    <w:p>
      <w:r>
        <w:t>Politsturm congratulates all comrades on the anniversary of the October Revolution.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the-october-revolution-day-202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