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The Bolsheviks vs. the White Guards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3660999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66099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2021-11-07</w:t>
      </w:r>
    </w:p>
    <w:p>
      <w:pPr/>
    </w:p>
    <w:p>
      <w:r/>
      <w:r>
        <w:br/>
      </w:r>
      <w:r>
        <w:br/>
      </w:r>
      <w:r/>
    </w:p>
    <w:p>
      <w:r>
        <w:t>What were they fighting for?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the-bolsheviks-vs-the-white-guard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