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the Bourgeoisie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715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71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2021-07-11</w:t>
      </w:r>
    </w:p>
    <w:p>
      <w:pPr/>
    </w:p>
    <w:p/>
    <w:p>
      <w:r>
        <w:t>The wealthy bourgeoisie are our uncompromising enemies, their wealth is based upon our poverty, their joy is based upon our sorrow.</w:t>
      </w:r>
    </w:p>
    <w:p>
      <w:r>
        <w:rPr>
          <w:b/>
        </w:rPr>
        <w:t>J. V. Stalin, The Bourgeoisie is Laying a Trap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stalin-on-the-bourgeois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