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Stalin on the Blackest Reaction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2026-09-13</w:t>
      </w:r>
    </w:p>
    <w:p>
      <w:pPr/>
    </w:p>
    <w:p/>
    <w:p>
      <w:r>
        <w:t>It can scarcely be doubted that the destruction of the Soviet Republic would be followed by the blackest and most savage reaction in all capitalist countries.</w:t>
      </w:r>
      <w:r>
        <w:br/>
      </w:r>
      <w:r>
        <w:br/>
      </w:r>
      <w:r>
        <w:t>Joseph Stalin, The Seventh Enlarged Plenum of the E.C.C.I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stalin-on-the-blackest-rea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