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Imperialist Methods for Deceiving the Masses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2025-04-19</w:t>
      </w:r>
    </w:p>
    <w:p>
      <w:pPr/>
    </w:p>
    <w:p/>
    <w:p>
      <w:r>
        <w:t>"Who does not know that pious talk of peace, as a camouflage for resolute support of a policy of war and conquest, is one of the old imperialist methods of deceiving the masses?"</w:t>
      </w:r>
    </w:p>
    <w:p>
      <w:r>
        <w:rPr>
          <w:b/>
        </w:rPr>
        <w:t>Joseph Stalin, More on the Subject of Stockholm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stalin-on-imperialist-methods-for-deceiving-the-mass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