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Stalin on how Capitalists Escape Crisis at Workers' Expense</w:t>
      </w:r>
    </w:p>
    <w:p>
      <w:pPr>
        <w:spacing w:after="720"/>
        <w:jc w:val="center"/>
      </w:pPr>
      <w:r>
        <w:drawing>
          <wp:inline xmlns:a="http://schemas.openxmlformats.org/drawingml/2006/main" xmlns:pic="http://schemas.openxmlformats.org/drawingml/2006/picture">
            <wp:extent cx="4114800" cy="4114800"/>
            <wp:docPr id="1" name="Picture 1"/>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114800" cy="4114800"/>
                    </a:xfrm>
                    <a:prstGeom prst="rect"/>
                  </pic:spPr>
                </pic:pic>
              </a:graphicData>
            </a:graphic>
          </wp:inline>
        </w:drawing>
      </w:r>
    </w:p>
    <w:p>
      <w:r>
        <w:br w:type="page"/>
      </w:r>
    </w:p>
    <w:p>
      <w:pPr>
        <w:spacing w:before="288" w:after="288"/>
        <w:pBdr>
          <w:top w:val="single" w:sz="12" w:space="1" w:color="CCCCCC"/>
        </w:pBdr>
      </w:pPr>
    </w:p>
    <w:p>
      <w:pPr>
        <w:spacing w:after="144"/>
      </w:pPr>
      <w:hyperlink r:id="rId11">
        <w:r>
          <w:rPr>
            <w:color w:val="0000FF"/>
            <w:u w:val="single"/>
          </w:rPr>
          <w:t>Original article</w:t>
        </w:r>
      </w:hyperlink>
    </w:p>
    <w:p>
      <w:pPr/>
      <w:r>
        <w:t>2026-09-06</w:t>
      </w:r>
    </w:p>
    <w:p>
      <w:pPr/>
      <w:r>
        <w:t>1 min read</w:t>
      </w:r>
    </w:p>
    <w:p/>
    <w:p>
      <w:r>
        <w:t>Notice the way in which the capitalists are trying to escape from the economic crisis. They are reducing the workers' wages as much as possible. They are reducing the prices of raw materials as much as possible. But they do not want to reduce the prices of food and industrial commodities for mass consumption to any important extent. This means that they want to escape from the crisis at the expense of the principal consumers, at the expense of the workers and peasants, at the expense of the working people.</w:t>
      </w:r>
      <w:r>
        <w:br/>
      </w:r>
      <w:r>
        <w:br/>
      </w:r>
      <w:r>
        <w:rPr>
          <w:b/>
        </w:rPr>
        <w:t>Joseph Stalin, The Tasks of Business Executives</w:t>
      </w:r>
    </w:p>
    <w:p>
      <w:pPr>
        <w:spacing w:before="288" w:after="288"/>
        <w:pBdr>
          <w:top w:val="single" w:sz="12" w:space="1" w:color="CCCCCC"/>
        </w:pBdr>
      </w:pPr>
    </w:p>
    <w:p>
      <w:pPr>
        <w:spacing w:after="144"/>
      </w:pPr>
      <w:hyperlink r:id="rId11">
        <w:r>
          <w:rPr>
            <w:color w:val="0000FF"/>
            <w:u w:val="single"/>
          </w:rPr>
          <w:t>Original article</w:t>
        </w:r>
      </w:hyperlink>
    </w:p>
    <w:sectPr w:rsidR="00FC693F" w:rsidRPr="0006063C" w:rsidSect="00034616">
      <w:foot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center"/>
    </w:pP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hyperlink" Target="https://us.politsturm.com/stalin-on-how-capitalists-escape-crisis-at-workers-expen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