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Stalin on Governments by the Capitalists</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2026-09-15</w:t>
      </w:r>
    </w:p>
    <w:p>
      <w:pPr/>
    </w:p>
    <w:p/>
    <w:p>
      <w:r>
        <w:t>Under capitalism the exploited masses do not, nor can they ever, really participate in governing the country, if for no other reason than that, even under the most democratic regime, under conditions of capitalism, governments are not set up by the people but by the Rothschilds and Stinneses, the Rockefellers and Morgans.</w:t>
      </w:r>
      <w:r>
        <w:br/>
      </w:r>
      <w:r>
        <w:br/>
      </w:r>
      <w:r>
        <w:rPr>
          <w:b/>
        </w:rPr>
        <w:t>Joseph Stalin, The Foundations of Leninism</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stalin-on-governments-by-the-capitali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