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Stalin on Capitalists Aggravating Crisis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2026-09-17</w:t>
      </w:r>
    </w:p>
    <w:p>
      <w:pPr/>
    </w:p>
    <w:p/>
    <w:p>
      <w:r>
        <w:t>The capitalists are cutting the ground from under their own feet. And instead of overcoming the crisis they are aggravating it; new conditions are accumulating which lead to a new, even more severe crisis.</w:t>
      </w:r>
      <w:r>
        <w:br/>
      </w:r>
      <w:r>
        <w:br/>
      </w:r>
      <w:r>
        <w:rPr>
          <w:b/>
        </w:rPr>
        <w:t>Joseph Stalin, The Tasks of Business Executives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stalin-on-capitalists-aggravating-cri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