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Red Army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2024-03-06</w:t>
      </w:r>
    </w:p>
    <w:p>
      <w:pPr/>
    </w:p>
    <w:p/>
    <w:p>
      <w:r>
        <w:t>February 23 marks the birthday of the Red Army. Capitalists use any means to blacken the memory of Soviet soldiers, but the truth is that this was the true army of the people.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ed-army-day-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