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Wage Bribery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2026-10-17</w:t>
      </w:r>
    </w:p>
    <w:p>
      <w:pPr/>
    </w:p>
    <w:p/>
    <w:p>
      <w:r>
        <w:t>We, the Communists of the whole world, defend the interests of the vast majority of working people, and it was a small minority of working people whom the capitalists bribed with high wages and made them the loyal servants of capital.</w:t>
      </w:r>
    </w:p>
    <w:p>
      <w:r>
        <w:rPr>
          <w:b/>
        </w:rPr>
        <w:t>Vladimir Lenin, Session Of The Petrograd Soviet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wage-brib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