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the Proletariat Seizing the Wealth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2026-09-29</w:t>
      </w:r>
    </w:p>
    <w:p>
      <w:pPr/>
    </w:p>
    <w:p/>
    <w:p>
      <w:r>
        <w:t>The dictatorship of the proletariat will take from the capitalists and hand over to the working people the landowners' mansions, the best buildings, printing presses and the stocks of newsprint.</w:t>
      </w:r>
      <w:r>
        <w:br/>
      </w:r>
      <w:r>
        <w:br/>
      </w:r>
      <w:r>
        <w:rPr>
          <w:b/>
        </w:rPr>
        <w:t>Vladimir Lenin, "Democracy" and Dictatorship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the-proletariat-seizing-the-w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