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Lenin on the Orgy of Pillage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2026-09-10</w:t>
      </w:r>
    </w:p>
    <w:p>
      <w:pPr/>
    </w:p>
    <w:p/>
    <w:p>
      <w:r>
        <w:t>An "orgy of pillage" — no other words can describe the behaviour of the capitalists during the war. This orgy is leading to national disaster. We cannot keep silent. We cannot put up with it.</w:t>
      </w:r>
      <w:r>
        <w:br/>
      </w:r>
      <w:r>
        <w:br/>
      </w:r>
      <w:r>
        <w:rPr>
          <w:b/>
        </w:rPr>
        <w:t>Vladimir Lenin, The Capitalists Must Be Exposed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lenin-on-the-orgy-of-pill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