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Nationalism Being a Disuniting Force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2025-02-04</w:t>
      </w:r>
    </w:p>
    <w:p>
      <w:pPr/>
    </w:p>
    <w:p/>
    <w:p>
      <w:r>
        <w:t>“Aggressive bourgeois nationalism, which drugs the minds of the workers, stultifies and disunites them in order that the bourgeoisie may lead them by the halter — such is the fundamental fact of the times.”</w:t>
      </w:r>
    </w:p>
    <w:p>
      <w:r>
        <w:rPr>
          <w:b/>
        </w:rPr>
        <w:t>Vladimir Lenin, Critical Remarks on the National Question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nationalism-being-a-disuniting-for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