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2023-04-08</w:t>
      </w:r>
    </w:p>
    <w:p>
      <w:pPr/>
    </w:p>
    <w:p/>
    <w:p>
      <w:r>
        <w:t>"If it were necessary to give the briefest possible definition of imperialism we should have to say that imperialism is the monopoly stage of capitalism."</w:t>
      </w:r>
    </w:p>
    <w:p>
      <w:r>
        <w:rPr>
          <w:b/>
        </w:rPr>
        <w:t>Vladimir Lenin, “Imperialism: the Highest Stage of Capitalism”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m-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