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2024-02-12</w:t>
      </w:r>
    </w:p>
    <w:p>
      <w:pPr/>
    </w:p>
    <w:p/>
    <w:p>
      <w:r>
        <w:t>"Imperialism is the highest stage of the development of capitalism"</w:t>
      </w:r>
    </w:p>
    <w:p>
      <w:r>
        <w:rPr>
          <w:b/>
        </w:rPr>
        <w:t>Vladimir Lenin, The Socialist Revolution and the Right of Nations to Self-Determination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imperialism-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