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2023-07-29</w:t>
      </w:r>
    </w:p>
    <w:p>
      <w:pPr/>
    </w:p>
    <w:p/>
    <w:p>
      <w:r>
        <w:t>"Imperialism is capitalism at that stage of development at which the dominance of monopolies and finance capital is established; in which the export of capital has acquired pronounced importance; in which the division of the world among the international trusts has begun, in which the division of all territories of the globe among the biggest capitalist powers has been completed"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