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Lenin on Exposing the Capitalists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4114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Original article</w:t>
        </w:r>
      </w:hyperlink>
    </w:p>
    <w:p>
      <w:pPr/>
      <w:r>
        <w:t>2026-09-12</w:t>
      </w:r>
    </w:p>
    <w:p>
      <w:pPr/>
    </w:p>
    <w:p/>
    <w:p>
      <w:r>
        <w:t>Exposing the capitalists is the first step towards curbing the capitalists. Exposing the orgy of pillage is the first step in our fight against the pillagers.</w:t>
      </w:r>
      <w:r>
        <w:br/>
      </w:r>
      <w:r>
        <w:br/>
      </w:r>
      <w:r>
        <w:rPr>
          <w:b/>
        </w:rPr>
        <w:t>Vladimir Lenin, The Capitalists Must Be Exposed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Original article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us.politsturm.com/lenin-on-exposing-the-capitalis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