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Capitalism and its Development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2023-08-27</w:t>
      </w:r>
    </w:p>
    <w:p>
      <w:pPr/>
    </w:p>
    <w:p/>
    <w:p>
      <w:r>
        <w:t>"Capitalism, which began its development with petty usury capital, is ending its development with gigantic usury capital."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capitalism-and-its-develop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