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Banking and Monopoly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2023-08-19</w:t>
      </w:r>
    </w:p>
    <w:p>
      <w:pPr/>
    </w:p>
    <w:p/>
    <w:p>
      <w:r>
        <w:t>"Again and again, the final word in the development of banking is monopoly."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banking-and-monopo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