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Join Politsturm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2025-11-19</w:t>
      </w:r>
    </w:p>
    <w:p>
      <w:pPr/>
    </w:p>
    <w:p/>
    <w:p>
      <w:r>
        <w:t xml:space="preserve">Politsturm invites comrades from America and other countries to study Marxist-Leninist theory and participate in communist work in our organization: https://forms.gle/e8B8KhtmxomUXAGU6 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join-politstur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