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Join Politsturm: January 2022</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2022-01-09</w:t>
      </w:r>
    </w:p>
    <w:p>
      <w:pPr/>
      <w:r>
        <w:t>1 min read</w:t>
      </w:r>
    </w:p>
    <w:p>
      <w:r/>
      <w:r>
        <w:br/>
      </w:r>
      <w:r>
        <w:br/>
      </w:r>
      <w:r>
        <w:br/>
      </w:r>
      <w:r>
        <w:br/>
      </w:r>
      <w:r>
        <w:br/>
      </w:r>
      <w:r>
        <w:br/>
      </w:r>
      <w:r>
        <w:br/>
      </w:r>
      <w:r>
        <w:br/>
      </w:r>
      <w:r>
        <w:br/>
      </w:r>
      <w:r>
        <w:br/>
      </w:r>
      <w:r>
        <w:br/>
      </w:r>
      <w:r/>
    </w:p>
    <w:p>
      <w:r>
        <w:t xml:space="preserve">Politsturm creates different content: class struggle news, agitation posters, marxist theory and history videos. And you can help us produce faster! </w:t>
      </w:r>
      <w:r>
        <w:t>There is still much work that needs to be done. We invite everyone who wants to study Marxist-Leninist theory and actively participate in communist work in our team.</w:t>
      </w:r>
      <w:r/>
    </w:p>
    <w:p>
      <w:pPr>
        <w:pStyle w:val="Heading2"/>
      </w:pPr>
      <w:r>
        <w:t>What is Politsturm?</w:t>
      </w:r>
    </w:p>
    <w:p>
      <w:r>
        <w:t>Politsturm is modern Marxist-Leninist project, helping to revive the communist movement across the planet. We have tens of Marxist clubs and educate communists in the former Soviet republics and in the United States. We analyze the experience of the world labor and communist movement, the socialist countries of the past and apply Marxist theory to the modern world.</w:t>
      </w:r>
    </w:p>
    <w:p>
      <w:pPr>
        <w:pStyle w:val="Heading2"/>
      </w:pPr>
      <w:r>
        <w:t>Why Do You Need to Join?</w:t>
      </w:r>
    </w:p>
    <w:p>
      <w:r>
        <w:t>— to study modern Marxist-Leninist theory together with other comrades in our clubs;</w:t>
      </w:r>
      <w:r>
        <w:br/>
      </w:r>
      <w:r>
        <w:br/>
        <w:t>— to improve the quality of the communist agitation together with our team;</w:t>
      </w:r>
      <w:r>
        <w:br/>
      </w:r>
      <w:r>
        <w:br/>
        <w:t>— to join the communist movement and prepare Marxists for new, truly communist parties.</w:t>
      </w:r>
    </w:p>
    <w:p>
      <w:r>
        <w:rPr>
          <w:b/>
        </w:rPr>
        <w:t>We need:</w:t>
      </w:r>
    </w:p>
    <w:p>
      <w:r>
        <w:t>Writers;</w:t>
      </w:r>
      <w:r>
        <w:br/>
      </w:r>
      <w:r>
        <w:br/>
        <w:t>Videomakers;</w:t>
      </w:r>
      <w:r>
        <w:br/>
      </w:r>
      <w:r>
        <w:br/>
        <w:t>SEO and SMM specialists;</w:t>
      </w:r>
      <w:r>
        <w:br/>
      </w:r>
      <w:r>
        <w:br/>
        <w:t>Artists and designers;</w:t>
      </w:r>
    </w:p>
    <w:p>
      <w:r>
        <w:t>It’s okay if you don’t have any special skills. We accept everyone who wants to be a part of the communist movement and fight for socialism.</w:t>
      </w:r>
    </w:p>
    <w:p>
      <w:pPr>
        <w:pStyle w:val="Heading2"/>
      </w:pPr>
      <w:r>
        <w:t>How to join?</w:t>
      </w:r>
    </w:p>
    <w:p>
      <w:r>
        <w:t xml:space="preserve">Write us at </w:t>
      </w:r>
      <w:hyperlink r:id="rId11">
        <w:r>
          <w:rPr>
            <w:color w:val="0000FF"/>
            <w:u w:val="single"/>
          </w:rPr>
          <w:t>politsturm.inter@gmail.com</w:t>
        </w:r>
      </w:hyperlink>
      <w:r>
        <w:t xml:space="preserve"> or DM our Twitter account: </w:t>
      </w:r>
      <w:hyperlink r:id="rId12">
        <w:r>
          <w:rPr>
            <w:color w:val="0000FF"/>
            <w:u w:val="single"/>
          </w:rPr>
          <w:t>@PolitsturmInter</w:t>
        </w:r>
      </w:hyperlink>
    </w:p>
    <w:p>
      <w:r>
        <w:t xml:space="preserve">If you want to help us, but you have no time – support us on Patreon: </w:t>
      </w:r>
      <w:hyperlink r:id="rId13">
        <w:r>
          <w:rPr>
            <w:color w:val="0000FF"/>
            <w:u w:val="single"/>
          </w:rPr>
          <w:t>https://www.patreon.com/politsturm</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join-politsturm-january-2022" TargetMode="External"/><Relationship Id="rId11" Type="http://schemas.openxmlformats.org/officeDocument/2006/relationships/hyperlink" Target="mailto:politsturm.inter@gmail.com" TargetMode="External"/><Relationship Id="rId12" Type="http://schemas.openxmlformats.org/officeDocument/2006/relationships/hyperlink" Target="https://twitter.com/PolitsturmInter" TargetMode="External"/><Relationship Id="rId13" Type="http://schemas.openxmlformats.org/officeDocument/2006/relationships/hyperlink" Target="https://www.patreon.com/politstu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