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Happy New Year – 2023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2022-12-31</w:t>
      </w:r>
    </w:p>
    <w:p>
      <w:pPr/>
    </w:p>
    <w:p/>
    <w:p>
      <w:r>
        <w:t>We wish our readers a Happy New Year and success in the struggle against capitalism.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happy-new-year-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