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Four Soviet Innovations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2021-12-29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04572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5727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four-soviet-innovations" TargetMode="External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