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Four Reasons Why Capitalism is Bad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p>
      <w:pPr/>
      <w:r>
        <w:t>2022-02-21</w:t>
      </w:r>
    </w:p>
    <w:p>
      <w:pPr/>
      <w:r>
        <w:t>1 min read</w:t>
      </w:r>
    </w:p>
    <w:p>
      <w:r/>
      <w:r>
        <w:br/>
      </w:r>
      <w:r>
        <w:br/>
      </w:r>
      <w:r>
        <w:br/>
      </w:r>
      <w:r>
        <w:br/>
      </w:r>
      <w:r>
        <w:br/>
      </w:r>
      <w:r/>
    </w:p>
    <w:p/>
    <w:p>
      <w:r>
        <w:rPr>
          <w:b/>
          <w:color w:val="FF0000"/>
        </w:rPr>
        <w:t>Error loading image</w:t>
      </w:r>
    </w:p>
    <w:p/>
    <w:p>
      <w:r>
        <w:rPr>
          <w:b/>
          <w:color w:val="FF0000"/>
        </w:rPr>
        <w:t>Error loading image</w:t>
      </w:r>
    </w:p>
    <w:p/>
    <w:p>
      <w:r>
        <w:rPr>
          <w:b/>
          <w:color w:val="FF0000"/>
        </w:rPr>
        <w:t>Error loading image</w:t>
      </w:r>
    </w:p>
    <w:p/>
    <w:p>
      <w:r>
        <w:rPr>
          <w:b/>
          <w:color w:val="FF0000"/>
        </w:rPr>
        <w:t>Error loading image</w:t>
      </w:r>
    </w:p>
    <w:p>
      <w:r/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us.politsturm.com/four-reasons-why-capitalism-is-bad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