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Democrats Use Trump's Personality Cult to Promote Anticommunism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2026-06-08</w:t>
      </w:r>
    </w:p>
    <w:p>
      <w:pPr/>
      <w:r>
        <w:t>2 min read</w:t>
      </w:r>
    </w:p>
    <w:p/>
    <w:p>
      <w:r>
        <w:rPr>
          <w:b/>
        </w:rPr>
        <w:t>Trump issues branded passports, orders “Trump-class” battleships and accepts golden statues. Democrats claim this is “Stalinist.”</w:t>
      </w:r>
    </w:p>
    <w:p>
      <w:r>
        <w:rPr>
          <w:b/>
        </w:rPr>
        <w:t>Details.</w:t>
      </w:r>
      <w:r>
        <w:t xml:space="preserve"> Democratic leaders have seized on Trump's growing personality cult to score political points. Chuck Schumer</w:t>
      </w:r>
      <w:hyperlink r:id="rId12">
        <w:r>
          <w:rPr>
            <w:color w:val="0000FF"/>
            <w:u w:val="single"/>
          </w:rPr>
          <w:t xml:space="preserve"> declared</w:t>
        </w:r>
      </w:hyperlink>
      <w:r>
        <w:t xml:space="preserve"> that democracy "will prevail over cult of personality." Others have made more deliberate anticommunist comparisons. Bernie Sanders</w:t>
      </w:r>
      <w:hyperlink r:id="rId13">
        <w:r>
          <w:rPr>
            <w:color w:val="0000FF"/>
            <w:u w:val="single"/>
          </w:rPr>
          <w:t xml:space="preserve"> accused</w:t>
        </w:r>
      </w:hyperlink>
      <w:r>
        <w:t xml:space="preserve"> the Republican Party of "Stalinism", former Obama aide David Axelrod</w:t>
      </w:r>
      <w:hyperlink r:id="rId14">
        <w:r>
          <w:rPr>
            <w:color w:val="0000FF"/>
            <w:u w:val="single"/>
          </w:rPr>
          <w:t xml:space="preserve"> called</w:t>
        </w:r>
      </w:hyperlink>
      <w:r>
        <w:t xml:space="preserve"> Trump's cultural policies "Stalinist", while Kamala Harris</w:t>
      </w:r>
      <w:hyperlink r:id="rId15">
        <w:r>
          <w:rPr>
            <w:color w:val="0000FF"/>
            <w:u w:val="single"/>
          </w:rPr>
          <w:t xml:space="preserve"> compared</w:t>
        </w:r>
      </w:hyperlink>
      <w:r>
        <w:t xml:space="preserve"> Trump to "communist dictators."</w:t>
      </w:r>
    </w:p>
    <w:p>
      <w:r>
        <w:t>► This rhetoric is political theater in which both capitalist parties</w:t>
      </w:r>
      <w:hyperlink r:id="rId16">
        <w:r>
          <w:rPr>
            <w:color w:val="0000FF"/>
            <w:u w:val="single"/>
          </w:rPr>
          <w:t xml:space="preserve"> exchange accusations</w:t>
        </w:r>
      </w:hyperlink>
      <w:r>
        <w:t xml:space="preserve"> of communism to slander each other. Republicans brand Democrats as "</w:t>
      </w:r>
      <w:hyperlink r:id="rId16">
        <w:r>
          <w:rPr>
            <w:color w:val="0000FF"/>
            <w:u w:val="single"/>
          </w:rPr>
          <w:t>radical Marxists</w:t>
        </w:r>
      </w:hyperlink>
      <w:r>
        <w:t xml:space="preserve">" while Democrats call Trump a communist. </w:t>
      </w:r>
    </w:p>
    <w:p>
      <w:r>
        <w:t>► In reality, Stalin openly rejected individual worship. When a publisher attempted to print a biography of his youth, Stalin</w:t>
      </w:r>
      <w:hyperlink r:id="rId17">
        <w:r>
          <w:rPr>
            <w:color w:val="0000FF"/>
            <w:u w:val="single"/>
          </w:rPr>
          <w:t xml:space="preserve"> opposed</w:t>
        </w:r>
      </w:hyperlink>
      <w:r>
        <w:t xml:space="preserve"> it, writing that a personality cult of infallible heroes is dangerous. For his 50th birthday in 1929, Stalin</w:t>
      </w:r>
      <w:hyperlink r:id="rId18">
        <w:r>
          <w:rPr>
            <w:color w:val="0000FF"/>
            <w:u w:val="single"/>
          </w:rPr>
          <w:t xml:space="preserve"> redirected</w:t>
        </w:r>
      </w:hyperlink>
      <w:r>
        <w:t xml:space="preserve"> all personal praise to the working class party. In an August 1930</w:t>
      </w:r>
      <w:hyperlink r:id="rId19">
        <w:r>
          <w:rPr>
            <w:color w:val="0000FF"/>
            <w:u w:val="single"/>
          </w:rPr>
          <w:t xml:space="preserve"> letter</w:t>
        </w:r>
      </w:hyperlink>
      <w:r>
        <w:t xml:space="preserve">, he declared that devotion to individuals completely contradicts Bolshevik principles. </w:t>
      </w:r>
    </w:p>
    <w:p>
      <w:r>
        <w:t>► Trump's cult of personality far more closely resembles those of fascist leaders. Mussolini's Ministry of Popular Culture</w:t>
      </w:r>
      <w:hyperlink r:id="rId20">
        <w:r>
          <w:rPr>
            <w:color w:val="0000FF"/>
            <w:u w:val="single"/>
          </w:rPr>
          <w:t xml:space="preserve"> controlled</w:t>
        </w:r>
      </w:hyperlink>
      <w:r>
        <w:t xml:space="preserve"> his image across all art and press, while Nazi Germany enforced public display of Hitler's portrait and staged mass</w:t>
      </w:r>
      <w:hyperlink r:id="rId21">
        <w:r>
          <w:rPr>
            <w:color w:val="0000FF"/>
            <w:u w:val="single"/>
          </w:rPr>
          <w:t xml:space="preserve"> spectacles</w:t>
        </w:r>
      </w:hyperlink>
      <w:r>
        <w:t xml:space="preserve"> like the Nuremberg Rallies. These regimes had no consistent ideology, instead they relied on the promise that a great man would save the nation from ruin. </w:t>
      </w:r>
    </w:p>
    <w:p>
      <w:r>
        <w:rPr>
          <w:b/>
        </w:rPr>
        <w:t>Context.</w:t>
      </w:r>
      <w:r>
        <w:t xml:space="preserve"> Trump's administration is aggressively pushing his likeness onto public life. His image now appears on official</w:t>
      </w:r>
      <w:hyperlink r:id="rId22">
        <w:r>
          <w:rPr>
            <w:color w:val="0000FF"/>
            <w:u w:val="single"/>
          </w:rPr>
          <w:t xml:space="preserve"> passports</w:t>
        </w:r>
      </w:hyperlink>
      <w:r>
        <w:t>, national park</w:t>
      </w:r>
      <w:hyperlink r:id="rId23">
        <w:r>
          <w:rPr>
            <w:color w:val="0000FF"/>
            <w:u w:val="single"/>
          </w:rPr>
          <w:t xml:space="preserve"> passes</w:t>
        </w:r>
      </w:hyperlink>
      <w:r>
        <w:t>, new dollar</w:t>
      </w:r>
      <w:hyperlink r:id="rId24">
        <w:r>
          <w:rPr>
            <w:color w:val="0000FF"/>
            <w:u w:val="single"/>
          </w:rPr>
          <w:t xml:space="preserve"> coins</w:t>
        </w:r>
      </w:hyperlink>
      <w:r>
        <w:t>, and massive banners across federal buildings. The US Navy plans to buy fifteen</w:t>
      </w:r>
      <w:hyperlink r:id="rId25">
        <w:r>
          <w:rPr>
            <w:color w:val="0000FF"/>
            <w:u w:val="single"/>
          </w:rPr>
          <w:t xml:space="preserve"> "Trump-class" battleships</w:t>
        </w:r>
      </w:hyperlink>
      <w:r>
        <w:t xml:space="preserve"> by 2055, and allies have launched a campaign to</w:t>
      </w:r>
      <w:hyperlink r:id="rId26">
        <w:r>
          <w:rPr>
            <w:color w:val="0000FF"/>
            <w:u w:val="single"/>
          </w:rPr>
          <w:t xml:space="preserve"> rename</w:t>
        </w:r>
      </w:hyperlink>
      <w:r>
        <w:t xml:space="preserve"> the Strait of Hormuz the "Strait of Trump." In May, a</w:t>
      </w:r>
      <w:hyperlink r:id="rId27">
        <w:r>
          <w:rPr>
            <w:color w:val="0000FF"/>
            <w:u w:val="single"/>
          </w:rPr>
          <w:t xml:space="preserve"> spiritual adviser</w:t>
        </w:r>
      </w:hyperlink>
      <w:r>
        <w:t xml:space="preserve"> led a ceremony dedicating a 22-foot golden statue of Trump at his Miami golf club. </w:t>
      </w:r>
    </w:p>
    <w:p>
      <w:r>
        <w:t>► The Trump family has also turned his image into a commercial operation, selling branded</w:t>
      </w:r>
      <w:hyperlink r:id="rId28">
        <w:r>
          <w:rPr>
            <w:color w:val="0000FF"/>
            <w:u w:val="single"/>
          </w:rPr>
          <w:t xml:space="preserve"> phones</w:t>
        </w:r>
      </w:hyperlink>
      <w:r>
        <w:t>,</w:t>
      </w:r>
      <w:hyperlink r:id="rId29">
        <w:r>
          <w:rPr>
            <w:color w:val="0000FF"/>
            <w:u w:val="single"/>
          </w:rPr>
          <w:t xml:space="preserve"> crypto coins</w:t>
        </w:r>
      </w:hyperlink>
      <w:r>
        <w:t>,</w:t>
      </w:r>
      <w:hyperlink r:id="rId30">
        <w:r>
          <w:rPr>
            <w:color w:val="0000FF"/>
            <w:u w:val="single"/>
          </w:rPr>
          <w:t xml:space="preserve"> watches</w:t>
        </w:r>
      </w:hyperlink>
      <w:r>
        <w:t>, and sixty-dollar</w:t>
      </w:r>
      <w:hyperlink r:id="rId31">
        <w:r>
          <w:rPr>
            <w:color w:val="0000FF"/>
            <w:u w:val="single"/>
          </w:rPr>
          <w:t xml:space="preserve"> Bibles</w:t>
        </w:r>
      </w:hyperlink>
      <w:r>
        <w:t xml:space="preserve"> printed in China. </w:t>
      </w:r>
    </w:p>
    <w:p>
      <w:r>
        <w:t>► Today's far right in America and Europe uses these same personality cult tactics. Reactionaries weaponized a memorial for Charlie Kirk to</w:t>
      </w:r>
      <w:hyperlink r:id="rId32">
        <w:r>
          <w:rPr>
            <w:color w:val="0000FF"/>
            <w:u w:val="single"/>
          </w:rPr>
          <w:t xml:space="preserve"> promote nationalism</w:t>
        </w:r>
      </w:hyperlink>
      <w:r>
        <w:t>, while right-wing groups in France turned an extremist into a political</w:t>
      </w:r>
      <w:hyperlink r:id="rId33">
        <w:r>
          <w:rPr>
            <w:color w:val="0000FF"/>
            <w:u w:val="single"/>
          </w:rPr>
          <w:t xml:space="preserve"> martyr</w:t>
        </w:r>
      </w:hyperlink>
      <w:r>
        <w:t>. This is part of a broader trend of</w:t>
      </w:r>
      <w:hyperlink r:id="rId34">
        <w:r>
          <w:rPr>
            <w:color w:val="0000FF"/>
            <w:u w:val="single"/>
          </w:rPr>
          <w:t xml:space="preserve"> fascisation</w:t>
        </w:r>
      </w:hyperlink>
      <w:r>
        <w:t xml:space="preserve"> across the West. </w:t>
      </w:r>
      <w:r>
        <w:br/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democrats-use-trumps-personality-cult" TargetMode="External"/><Relationship Id="rId12" Type="http://schemas.openxmlformats.org/officeDocument/2006/relationships/hyperlink" Target="https://x.com/SenSchumer/status/2018781126274511152" TargetMode="External"/><Relationship Id="rId13" Type="http://schemas.openxmlformats.org/officeDocument/2006/relationships/hyperlink" Target="https://us.politsturm.com/sanders-accuses-republicans-stalinism" TargetMode="External"/><Relationship Id="rId14" Type="http://schemas.openxmlformats.org/officeDocument/2006/relationships/hyperlink" Target="https://thehill.com/homenews/administration/5449836-axelrod-compares-trump-stalin/" TargetMode="External"/><Relationship Id="rId15" Type="http://schemas.openxmlformats.org/officeDocument/2006/relationships/hyperlink" Target="https://us.politsturm.com/democrats-continue-labelling-trump-a-communist" TargetMode="External"/><Relationship Id="rId16" Type="http://schemas.openxmlformats.org/officeDocument/2006/relationships/hyperlink" Target="https://us.politsturm.com/trump-and-democrats-exchange-communist-accusations" TargetMode="External"/><Relationship Id="rId17" Type="http://schemas.openxmlformats.org/officeDocument/2006/relationships/hyperlink" Target="https://www.marxists.org/reference/archive/stalin/works/1938/02/16.htm" TargetMode="External"/><Relationship Id="rId18" Type="http://schemas.openxmlformats.org/officeDocument/2006/relationships/hyperlink" Target="https://www.marxists.org/reference/archive/stalin/works/1929/12/21.htm" TargetMode="External"/><Relationship Id="rId19" Type="http://schemas.openxmlformats.org/officeDocument/2006/relationships/hyperlink" Target="https://www.marxists.org/reference/archive/stalin/works/1930/08/x01.htm" TargetMode="External"/><Relationship Id="rId20" Type="http://schemas.openxmlformats.org/officeDocument/2006/relationships/hyperlink" Target="https://kar.kent.ac.uk/97218/1/Ministry%20Popular%20Culture%20ONLINE.pdf" TargetMode="External"/><Relationship Id="rId21" Type="http://schemas.openxmlformats.org/officeDocument/2006/relationships/hyperlink" Target="https://encyclopedia.ushmm.org/content/en/article/making-a-leader" TargetMode="External"/><Relationship Id="rId22" Type="http://schemas.openxmlformats.org/officeDocument/2006/relationships/hyperlink" Target="https://www.npr.org/2026/04/29/g-s1-119146/us-to-issue-passports-with-trumps-picture-for-americas-250th-birthday" TargetMode="External"/><Relationship Id="rId23" Type="http://schemas.openxmlformats.org/officeDocument/2006/relationships/hyperlink" Target="https://www.theguardian.com/us-news/2026/apr/28/donald-trump-passports" TargetMode="External"/><Relationship Id="rId24" Type="http://schemas.openxmlformats.org/officeDocument/2006/relationships/hyperlink" Target="https://www.aljazeera.com/news/2026/4/29/trump-to-feature-on-limited-edition-us-passports-for-250th-anniversary" TargetMode="External"/><Relationship Id="rId25" Type="http://schemas.openxmlformats.org/officeDocument/2006/relationships/hyperlink" Target="https://www.bloomberg.com/news/articles/2026-05-11/navy-plans-to-buy-15-costly-trump-class-battleships-by-2055" TargetMode="External"/><Relationship Id="rId26" Type="http://schemas.openxmlformats.org/officeDocument/2006/relationships/hyperlink" Target="https://www.independent.co.uk/news/world/americas/us-politics/trump-rename-strait-of-hormuz-iran-b2968063.html" TargetMode="External"/><Relationship Id="rId27" Type="http://schemas.openxmlformats.org/officeDocument/2006/relationships/hyperlink" Target="https://www.newyorker.com/news/q-and-a/why-trumps-spiritual-adviser-dedicated-a-golden-statue-to-the-president" TargetMode="External"/><Relationship Id="rId28" Type="http://schemas.openxmlformats.org/officeDocument/2006/relationships/hyperlink" Target="https://www.cbc.ca/news/world/trump-businesses-profit-stock-trading-crypto-investments-9.7207238" TargetMode="External"/><Relationship Id="rId29" Type="http://schemas.openxmlformats.org/officeDocument/2006/relationships/hyperlink" Target="https://www.theguardian.com/technology/2025/jan/20/donald-trump-meme-coin-price-melania-token" TargetMode="External"/><Relationship Id="rId30" Type="http://schemas.openxmlformats.org/officeDocument/2006/relationships/hyperlink" Target="https://www.youtube.com/watch?v=hkrt9E3P9yA" TargetMode="External"/><Relationship Id="rId31" Type="http://schemas.openxmlformats.org/officeDocument/2006/relationships/hyperlink" Target="https://www.pbs.org/newshour/politics/thousands-of-trump-bibles-were-printed-in-china-as-he-campaigned-against-trade-practices" TargetMode="External"/><Relationship Id="rId32" Type="http://schemas.openxmlformats.org/officeDocument/2006/relationships/hyperlink" Target="https://us.politsturm.com/charlie-kirk-memorial-used-to-promote-nationalism" TargetMode="External"/><Relationship Id="rId33" Type="http://schemas.openxmlformats.org/officeDocument/2006/relationships/hyperlink" Target="https://us.politsturm.com/french-fascist-turned-into-martyr" TargetMode="External"/><Relationship Id="rId34" Type="http://schemas.openxmlformats.org/officeDocument/2006/relationships/hyperlink" Target="https://us.politsturm.com/europe-those-who-defeated-fasc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